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44308" w14:textId="77777777" w:rsidR="007F5352" w:rsidRDefault="00000000">
      <w:pPr>
        <w:jc w:val="center"/>
      </w:pPr>
      <w:r>
        <w:rPr>
          <w:b/>
          <w:sz w:val="36"/>
        </w:rPr>
        <w:t>INSTRUCTIONS FOR USE (IFU)</w:t>
      </w:r>
      <w:r>
        <w:rPr>
          <w:b/>
          <w:sz w:val="36"/>
        </w:rPr>
        <w:br/>
        <w:t>20cm Diamond Nail File (Electroplated)</w:t>
      </w:r>
    </w:p>
    <w:p w14:paraId="197C49E6" w14:textId="77777777" w:rsidR="007F5352" w:rsidRDefault="00000000">
      <w:pPr>
        <w:jc w:val="center"/>
      </w:pPr>
      <w:r>
        <w:rPr>
          <w:i/>
        </w:rPr>
        <w:t>ARTG Support Document – Instructions for Use (IFU)</w:t>
      </w:r>
    </w:p>
    <w:p w14:paraId="502BB4AD" w14:textId="77777777" w:rsidR="007F5352" w:rsidRDefault="007F5352"/>
    <w:p w14:paraId="37BF2C90" w14:textId="77777777" w:rsidR="007F5352" w:rsidRDefault="00000000">
      <w:r>
        <w:rPr>
          <w:b/>
        </w:rPr>
        <w:t xml:space="preserve">Product Name: </w:t>
      </w:r>
      <w:r>
        <w:t>20cm Diamond Nail File (Electroplated)</w:t>
      </w:r>
      <w:r>
        <w:br/>
      </w:r>
      <w:r>
        <w:rPr>
          <w:b/>
        </w:rPr>
        <w:t xml:space="preserve">Item Number / REF: </w:t>
      </w:r>
      <w:r>
        <w:t>N/A</w:t>
      </w:r>
      <w:r>
        <w:br/>
      </w:r>
      <w:r>
        <w:rPr>
          <w:b/>
        </w:rPr>
        <w:t xml:space="preserve">Supply Status: </w:t>
      </w:r>
      <w:r>
        <w:t>NON-STERILE</w:t>
      </w:r>
      <w:r>
        <w:br/>
      </w:r>
      <w:r>
        <w:rPr>
          <w:b/>
        </w:rPr>
        <w:t xml:space="preserve">Device Type: </w:t>
      </w:r>
      <w:r>
        <w:t>Reusable, reprocessable manual surgical/podiatry instrument</w:t>
      </w:r>
    </w:p>
    <w:p w14:paraId="3C1D5060" w14:textId="77777777" w:rsidR="007F5352" w:rsidRDefault="007F5352"/>
    <w:p w14:paraId="4BA15854" w14:textId="7B672FA9" w:rsidR="007F5352" w:rsidRDefault="00000000">
      <w:pPr>
        <w:pStyle w:val="Heading1"/>
      </w:pPr>
      <w:r>
        <w:t xml:space="preserve">DOCUMENT CONTROL </w:t>
      </w:r>
    </w:p>
    <w:tbl>
      <w:tblPr>
        <w:tblStyle w:val="TableGrid"/>
        <w:tblW w:w="0" w:type="auto"/>
        <w:tblLook w:val="04A0" w:firstRow="1" w:lastRow="0" w:firstColumn="1" w:lastColumn="0" w:noHBand="0" w:noVBand="1"/>
      </w:tblPr>
      <w:tblGrid>
        <w:gridCol w:w="4320"/>
        <w:gridCol w:w="4320"/>
      </w:tblGrid>
      <w:tr w:rsidR="007F5352" w14:paraId="224C429B" w14:textId="77777777">
        <w:tc>
          <w:tcPr>
            <w:tcW w:w="4320" w:type="dxa"/>
          </w:tcPr>
          <w:p w14:paraId="07C6661C" w14:textId="77777777" w:rsidR="007F5352" w:rsidRDefault="00000000">
            <w:r>
              <w:t>IFU Document Number</w:t>
            </w:r>
          </w:p>
        </w:tc>
        <w:tc>
          <w:tcPr>
            <w:tcW w:w="4320" w:type="dxa"/>
          </w:tcPr>
          <w:p>
            <w:r>
              <w:t>IFU-DIAMOND-20CM-001</w:t>
            </w:r>
          </w:p>
        </w:tc>
      </w:tr>
      <w:tr w:rsidR="007F5352" w14:paraId="518B8E0F" w14:textId="77777777">
        <w:tc>
          <w:tcPr>
            <w:tcW w:w="4320" w:type="dxa"/>
          </w:tcPr>
          <w:p w14:paraId="62A3F74B" w14:textId="77777777" w:rsidR="007F5352" w:rsidRDefault="00000000">
            <w:r>
              <w:t>Revision</w:t>
            </w:r>
          </w:p>
        </w:tc>
        <w:tc>
          <w:tcPr>
            <w:tcW w:w="4320" w:type="dxa"/>
          </w:tcPr>
          <w:p>
            <w:r>
              <w:t>02</w:t>
            </w:r>
          </w:p>
        </w:tc>
      </w:tr>
      <w:tr w:rsidR="007F5352" w14:paraId="2B9F3FB9" w14:textId="77777777">
        <w:tc>
          <w:tcPr>
            <w:tcW w:w="4320" w:type="dxa"/>
          </w:tcPr>
          <w:p w14:paraId="71D5A47F" w14:textId="77777777" w:rsidR="007F5352" w:rsidRDefault="00000000">
            <w:r>
              <w:t>Effective Date</w:t>
            </w:r>
          </w:p>
        </w:tc>
        <w:tc>
          <w:tcPr>
            <w:tcW w:w="4320" w:type="dxa"/>
          </w:tcPr>
          <w:p>
            <w:r>
              <w:t>01/08/2025</w:t>
            </w:r>
          </w:p>
        </w:tc>
      </w:tr>
      <w:tr w:rsidR="007F5352" w14:paraId="61AFF1FC" w14:textId="77777777">
        <w:tc>
          <w:tcPr>
            <w:tcW w:w="4320" w:type="dxa"/>
          </w:tcPr>
          <w:p w14:paraId="175C5ADA" w14:textId="77777777" w:rsidR="007F5352" w:rsidRDefault="00000000">
            <w:r>
              <w:t>Review Date</w:t>
            </w:r>
          </w:p>
        </w:tc>
        <w:tc>
          <w:tcPr>
            <w:tcW w:w="4320" w:type="dxa"/>
          </w:tcPr>
          <w:p>
            <w:r>
              <w:t>01/08/2027</w:t>
            </w:r>
          </w:p>
        </w:tc>
      </w:tr>
      <w:tr w:rsidR="007F5352" w14:paraId="03CD2F14" w14:textId="77777777">
        <w:tc>
          <w:tcPr>
            <w:tcW w:w="4320" w:type="dxa"/>
          </w:tcPr>
          <w:p w14:paraId="35E3303B" w14:textId="77777777" w:rsidR="007F5352" w:rsidRDefault="00000000">
            <w:r>
              <w:t>Prepared By</w:t>
            </w:r>
          </w:p>
        </w:tc>
        <w:tc>
          <w:tcPr>
            <w:tcW w:w="4320" w:type="dxa"/>
          </w:tcPr>
          <w:p>
            <w:r>
              <w:t>Christopher Hargreaves</w:t>
            </w:r>
          </w:p>
        </w:tc>
      </w:tr>
      <w:tr w:rsidR="007F5352" w14:paraId="153D4970" w14:textId="77777777">
        <w:tc>
          <w:tcPr>
            <w:tcW w:w="4320" w:type="dxa"/>
          </w:tcPr>
          <w:p w14:paraId="7193D759" w14:textId="77777777" w:rsidR="007F5352" w:rsidRDefault="00000000">
            <w:r>
              <w:t>Approved By</w:t>
            </w:r>
          </w:p>
        </w:tc>
        <w:tc>
          <w:tcPr>
            <w:tcW w:w="4320" w:type="dxa"/>
          </w:tcPr>
          <w:p>
            <w:r>
              <w:t>Christopher Hargreaves</w:t>
            </w:r>
          </w:p>
        </w:tc>
      </w:tr>
      <w:tr w:rsidR="007F5352" w14:paraId="26B14932" w14:textId="77777777">
        <w:tc>
          <w:tcPr>
            <w:tcW w:w="4320" w:type="dxa"/>
          </w:tcPr>
          <w:p w14:paraId="6B3707D4" w14:textId="77777777" w:rsidR="007F5352" w:rsidRDefault="00000000">
            <w:r>
              <w:t>Manufacturer</w:t>
            </w:r>
          </w:p>
        </w:tc>
        <w:tc>
          <w:tcPr>
            <w:tcW w:w="4320" w:type="dxa"/>
          </w:tcPr>
          <w:p>
            <w:r>
              <w:t>ProPedicure Instruments</w:t>
            </w:r>
          </w:p>
        </w:tc>
      </w:tr>
      <w:tr w:rsidR="007F5352" w14:paraId="278873D7" w14:textId="77777777">
        <w:tc>
          <w:tcPr>
            <w:tcW w:w="4320" w:type="dxa"/>
          </w:tcPr>
          <w:p w14:paraId="7A51D356" w14:textId="77777777" w:rsidR="007F5352" w:rsidRDefault="00000000">
            <w:r>
              <w:t>Australian Sponsor</w:t>
            </w:r>
          </w:p>
        </w:tc>
        <w:tc>
          <w:tcPr>
            <w:tcW w:w="4320" w:type="dxa"/>
          </w:tcPr>
          <w:p>
            <w:r>
              <w:t>PodMed Supplies</w:t>
            </w:r>
          </w:p>
        </w:tc>
      </w:tr>
      <w:tr w:rsidR="007F5352" w14:paraId="38E4E434" w14:textId="77777777">
        <w:tc>
          <w:tcPr>
            <w:tcW w:w="4320" w:type="dxa"/>
          </w:tcPr>
          <w:p w14:paraId="38D0CA56" w14:textId="77777777" w:rsidR="007F5352" w:rsidRDefault="00000000">
            <w:r>
              <w:t>Language</w:t>
            </w:r>
          </w:p>
        </w:tc>
        <w:tc>
          <w:tcPr>
            <w:tcW w:w="4320" w:type="dxa"/>
          </w:tcPr>
          <w:p>
            <w:r>
              <w:t>English</w:t>
            </w:r>
          </w:p>
        </w:tc>
      </w:tr>
      <w:tr w:rsidR="007F5352" w14:paraId="169D8E4A" w14:textId="77777777">
        <w:tc>
          <w:tcPr>
            <w:tcW w:w="4320" w:type="dxa"/>
          </w:tcPr>
          <w:p w14:paraId="401370CA" w14:textId="77777777" w:rsidR="007F5352" w:rsidRDefault="00000000">
            <w:r>
              <w:t>Supersedes</w:t>
            </w:r>
          </w:p>
        </w:tc>
        <w:tc>
          <w:tcPr>
            <w:tcW w:w="4320" w:type="dxa"/>
          </w:tcPr>
          <w:p>
            <w:r>
              <w:t>N/A</w:t>
            </w:r>
          </w:p>
        </w:tc>
      </w:tr>
    </w:tbl>
    <w:p w14:paraId="356879C3" w14:textId="77777777" w:rsidR="007F5352" w:rsidRDefault="007F5352"/>
    <w:p w14:paraId="0413EF42" w14:textId="409C6CE4" w:rsidR="007F5352" w:rsidRDefault="00000000">
      <w:pPr>
        <w:pStyle w:val="Heading1"/>
      </w:pPr>
      <w:r>
        <w:t>AUSTRALIAN SPONSOR DETAILS</w:t>
      </w:r>
    </w:p>
    <w:p w14:paraId="0BCE5A0C" w14:textId="77777777" w:rsidR="007F5352" w:rsidRDefault="00000000">
      <w:r>
        <w:t>Australian Sponsor: PodMed Supplies</w:t>
      </w:r>
    </w:p>
    <w:p w14:paraId="06613223" w14:textId="77777777" w:rsidR="007F5352" w:rsidRDefault="00000000">
      <w:r>
        <w:t>Website: podmedsupplies.com.au</w:t>
      </w:r>
    </w:p>
    <w:p w14:paraId="59CD2FE5" w14:textId="77777777" w:rsidR="007F5352" w:rsidRDefault="00000000">
      <w:r>
        <w:t>Contact: 1300 358 064</w:t>
      </w:r>
    </w:p>
    <w:p w14:paraId="2FB35376" w14:textId="77777777" w:rsidR="007F5352" w:rsidRDefault="00000000">
      <w:pPr>
        <w:pStyle w:val="Heading1"/>
      </w:pPr>
      <w:r>
        <w:t>1. DEVICE DESCRIPTION</w:t>
      </w:r>
    </w:p>
    <w:p w14:paraId="0D95A598" w14:textId="77777777" w:rsidR="007F5352" w:rsidRDefault="00000000">
      <w:r>
        <w:t>A reusable, hand-held podiatry instrument approximately 20cm in length, manufactured from stainless steel and incorporating an electroplated diamond abrasive filing surface. The diamond surface is designed to provide controlled filing and smoothing of nail edges and nail surfaces. The electroplated construction improves retention of the abrasive surface and durability during repeated clinical use and validated reprocessing. The instrument is supplied NON-STERILE, is autoclave safe, and is listed under ARTG 445771.</w:t>
      </w:r>
    </w:p>
    <w:p w14:paraId="40FE75E3" w14:textId="77777777" w:rsidR="007F5352" w:rsidRDefault="00000000">
      <w:pPr>
        <w:pStyle w:val="Heading1"/>
      </w:pPr>
      <w:r>
        <w:t>2. INTENDED PURPOSE / INDICATIONS FOR USE</w:t>
      </w:r>
    </w:p>
    <w:p w14:paraId="7CFD4BBF" w14:textId="77777777" w:rsidR="007F5352" w:rsidRDefault="00000000">
      <w:r>
        <w:t>The 20cm Diamond Nail File is intended for controlled filing, smoothing and finishing of fingernails and toenails during podiatry and other appropriate clinical procedures. It may be used to reduce rough or irregular nail edges and to refine the nail surface where clinically indicated.</w:t>
      </w:r>
    </w:p>
    <w:p w14:paraId="1C4FC6C4" w14:textId="77777777" w:rsidR="007F5352" w:rsidRDefault="00000000">
      <w:r>
        <w:t>This instrument is reusable and intended for repeated clinical use following validated cleaning, disinfection, inspection, packaging and steam sterilisation.</w:t>
      </w:r>
    </w:p>
    <w:p w14:paraId="3B8901BA" w14:textId="77777777" w:rsidR="007F5352" w:rsidRDefault="00000000">
      <w:pPr>
        <w:pStyle w:val="Heading1"/>
      </w:pPr>
      <w:r>
        <w:t>3. INTENDED USER</w:t>
      </w:r>
    </w:p>
    <w:p w14:paraId="12142313" w14:textId="77777777" w:rsidR="007F5352" w:rsidRDefault="00000000">
      <w:r>
        <w:t>These instructions are intended for use only by persons with the required knowledge and training in a health care facility. The instrument should only be used by healthcare professionals with suitable clinical technique and training in reusable medical instrument reprocessing.</w:t>
      </w:r>
    </w:p>
    <w:p w14:paraId="299255F6" w14:textId="77777777" w:rsidR="007F5352" w:rsidRDefault="00000000">
      <w:pPr>
        <w:pStyle w:val="Heading1"/>
      </w:pPr>
      <w:r>
        <w:t>4. GENERAL INFORMATION</w:t>
      </w:r>
    </w:p>
    <w:p w14:paraId="6DF891D6" w14:textId="77777777" w:rsidR="007F5352" w:rsidRDefault="00000000">
      <w:r>
        <w:t>All cleaning and sterilisation processes provided are general guidelines and any deviation by the processor should be properly evaluated for effectiveness and potential adverse consequences.</w:t>
      </w:r>
    </w:p>
    <w:p w14:paraId="73FFA5EA" w14:textId="77777777" w:rsidR="007F5352" w:rsidRDefault="00000000">
      <w:r>
        <w:t>Any sterilisation process will still require validation by the end user at the point of use. The end user should also routinely monitor the validation process as its effectiveness can vary dependent on multiple factors.</w:t>
      </w:r>
    </w:p>
    <w:p w14:paraId="318D06DB" w14:textId="77777777" w:rsidR="007F5352" w:rsidRDefault="00000000">
      <w:pPr>
        <w:pStyle w:val="Heading1"/>
      </w:pPr>
      <w:r>
        <w:t>5. CONTRAINDICATIONS</w:t>
      </w:r>
    </w:p>
    <w:p w14:paraId="0A4CDB59" w14:textId="77777777" w:rsidR="007F5352" w:rsidRDefault="00000000">
      <w:r>
        <w:t>Do not use an instrument that is bent, cracked, corroded, visibly damaged, or has an excessively worn, peeling or otherwise compromised diamond abrasive surface. Improper handling, clinical use, transport or reprocessing may damage the file or reduce its effectiveness.</w:t>
      </w:r>
    </w:p>
    <w:p w14:paraId="4187AC5D" w14:textId="77777777" w:rsidR="007F5352" w:rsidRDefault="00000000">
      <w:pPr>
        <w:pStyle w:val="Heading1"/>
      </w:pPr>
      <w:r>
        <w:t>6. WARNINGS &amp; PRECAUTIONS</w:t>
      </w:r>
    </w:p>
    <w:p w14:paraId="0CEC4D1F" w14:textId="77777777" w:rsidR="007F5352" w:rsidRDefault="00000000">
      <w:pPr>
        <w:pStyle w:val="Heading2"/>
      </w:pPr>
      <w:r>
        <w:t>6.1 Warnings for Reprocessing</w:t>
      </w:r>
    </w:p>
    <w:p w14:paraId="60574FDD" w14:textId="77777777" w:rsidR="007F5352" w:rsidRDefault="00000000">
      <w:pPr>
        <w:pStyle w:val="ListBullet"/>
      </w:pPr>
      <w:r>
        <w:t>The following instructions apply to this NON-POWERED reusable podiatry instrument unless otherwise stated on the product packaging or labelling.</w:t>
      </w:r>
    </w:p>
    <w:p w14:paraId="109FB492" w14:textId="77777777" w:rsidR="007F5352" w:rsidRDefault="00000000">
      <w:pPr>
        <w:pStyle w:val="ListBullet"/>
      </w:pPr>
      <w:r>
        <w:t>The instrument is supplied NON-STERILE and must be inspected, cleaned and sterilised before first use and before every reuse.</w:t>
      </w:r>
    </w:p>
    <w:p w14:paraId="59DEEC00" w14:textId="77777777" w:rsidR="007F5352" w:rsidRDefault="00000000">
      <w:pPr>
        <w:pStyle w:val="ListBullet"/>
      </w:pPr>
      <w:r>
        <w:t>Remove all protective packaging before first use. Inspect the abrasive surface and the entire instrument before processing and clinical use.</w:t>
      </w:r>
    </w:p>
    <w:p w14:paraId="5810A739" w14:textId="77777777" w:rsidR="007F5352" w:rsidRDefault="00000000">
      <w:pPr>
        <w:pStyle w:val="ListBullet"/>
      </w:pPr>
      <w:r>
        <w:t>Immediate use steam sterilisation (IUSS) should only be used for emergency reprocessing and should not be used for routine sterilisation processing of this instrument.</w:t>
      </w:r>
    </w:p>
    <w:p w14:paraId="11EC0CC7" w14:textId="77777777" w:rsidR="007F5352" w:rsidRDefault="00000000">
      <w:pPr>
        <w:pStyle w:val="ListBullet"/>
      </w:pPr>
      <w:r>
        <w:t>If IUSS must be used, all cleaning and decontamination steps must be completed before sterilisation. Instruments processed by IUSS should be used immediately and must not be stored for later use.</w:t>
      </w:r>
    </w:p>
    <w:p w14:paraId="27B2E451" w14:textId="77777777" w:rsidR="007F5352" w:rsidRDefault="00000000">
      <w:pPr>
        <w:pStyle w:val="ListBullet"/>
      </w:pPr>
      <w:r>
        <w:t>DO NOT REPROCESS SINGLE USE ITEMS.</w:t>
      </w:r>
    </w:p>
    <w:p w14:paraId="14EDCFD8" w14:textId="77777777" w:rsidR="007F5352" w:rsidRDefault="00000000">
      <w:pPr>
        <w:pStyle w:val="ListBullet"/>
      </w:pPr>
      <w:r>
        <w:t>The electroplated diamond surface can retain biological soil within its textured abrasive surface. Particular attention must be given to thorough cleaning and rinsing of the complete filing surface before sterilisation.</w:t>
      </w:r>
    </w:p>
    <w:p w14:paraId="024B51D6" w14:textId="77777777" w:rsidR="007F5352" w:rsidRDefault="00000000">
      <w:pPr>
        <w:pStyle w:val="Heading2"/>
      </w:pPr>
      <w:r>
        <w:lastRenderedPageBreak/>
        <w:t>6.2 Prion Contamination Warning</w:t>
      </w:r>
    </w:p>
    <w:p w14:paraId="1E8F3358" w14:textId="77777777" w:rsidR="007F5352" w:rsidRDefault="00000000">
      <w:r>
        <w:t>The sterilisation parameters recommended in this document are not intended and not suitable for inactivation of prions. Known or suspected prion contaminated instruments must not be reused and must be destroyed to eliminate the risk of cross-contamination.</w:t>
      </w:r>
    </w:p>
    <w:p w14:paraId="76B17E13" w14:textId="77777777" w:rsidR="007F5352" w:rsidRDefault="00000000">
      <w:pPr>
        <w:pStyle w:val="Heading2"/>
      </w:pPr>
      <w:r>
        <w:t>6.3 Reprocessing Precautions</w:t>
      </w:r>
    </w:p>
    <w:p w14:paraId="123E9E35" w14:textId="77777777" w:rsidR="007F5352" w:rsidRDefault="00000000">
      <w:r>
        <w:t>When reprocessing surgical instruments, always handle them with care, wearing personal protective equipment in accordance with facility policies:</w:t>
      </w:r>
    </w:p>
    <w:p w14:paraId="0748221C" w14:textId="77777777" w:rsidR="007F5352" w:rsidRDefault="00000000">
      <w:pPr>
        <w:pStyle w:val="ListBullet"/>
      </w:pPr>
      <w:r>
        <w:t>Impervious apron</w:t>
      </w:r>
    </w:p>
    <w:p w14:paraId="75515141" w14:textId="77777777" w:rsidR="007F5352" w:rsidRDefault="00000000">
      <w:pPr>
        <w:pStyle w:val="ListBullet"/>
      </w:pPr>
      <w:r>
        <w:t>Shoe protection</w:t>
      </w:r>
    </w:p>
    <w:p w14:paraId="4BA71696" w14:textId="77777777" w:rsidR="007F5352" w:rsidRDefault="00000000">
      <w:pPr>
        <w:pStyle w:val="ListBullet"/>
      </w:pPr>
      <w:r>
        <w:t>Gloves</w:t>
      </w:r>
    </w:p>
    <w:p w14:paraId="641A4897" w14:textId="77777777" w:rsidR="007F5352" w:rsidRDefault="00000000">
      <w:pPr>
        <w:pStyle w:val="ListBullet"/>
      </w:pPr>
      <w:r>
        <w:t>Face shield</w:t>
      </w:r>
    </w:p>
    <w:p w14:paraId="5F5FA95D" w14:textId="77777777" w:rsidR="007F5352" w:rsidRDefault="00000000">
      <w:pPr>
        <w:pStyle w:val="Heading2"/>
      </w:pPr>
      <w:r>
        <w:t>6.4 Chemical/Material Compatibility</w:t>
      </w:r>
    </w:p>
    <w:p w14:paraId="73F12CD3" w14:textId="77777777" w:rsidR="007F5352" w:rsidRDefault="00000000">
      <w:pPr>
        <w:pStyle w:val="ListBullet"/>
      </w:pPr>
      <w:r>
        <w:t>Saline and agents containing aldehyde, mercury, active chlorine, chloride, bromine/bromide, iodine/iodide may promote corrosion or material degradation and should not be used.</w:t>
      </w:r>
    </w:p>
    <w:p w14:paraId="065184E8" w14:textId="77777777" w:rsidR="007F5352" w:rsidRDefault="00000000">
      <w:pPr>
        <w:pStyle w:val="ListBullet"/>
      </w:pPr>
      <w:r>
        <w:t>Do not soak the instrument in hot water above 45°C/113°F, alcohol, antiseptics or unvalidated chemical disinfectants. Do not exceed 2 hours soaking in any solution.</w:t>
      </w:r>
    </w:p>
    <w:p w14:paraId="00645B21" w14:textId="77777777" w:rsidR="007F5352" w:rsidRDefault="00000000">
      <w:pPr>
        <w:pStyle w:val="ListBullet"/>
      </w:pPr>
      <w:r>
        <w:t>Do not use steel wool, wire brushes, metal scrapers or other abrasive cleaning tools that may damage the electroplated diamond surface or stainless steel substrate.</w:t>
      </w:r>
    </w:p>
    <w:p w14:paraId="25089FDC" w14:textId="77777777" w:rsidR="007F5352" w:rsidRDefault="00000000">
      <w:pPr>
        <w:pStyle w:val="ListBullet"/>
      </w:pPr>
      <w:r>
        <w:t>For manual cleaning, use a neutral pH medical instrument detergent (approximately pH 6–8). In a validated washer-disinfector, cleaning chemistry may include an alkaline detergent (typically pH 10–12) followed by a neutralising agent, or a neutral pH detergent where validated by the washer and chemistry manufacturers.</w:t>
      </w:r>
    </w:p>
    <w:p w14:paraId="56E98E78" w14:textId="77777777" w:rsidR="007F5352" w:rsidRDefault="00000000">
      <w:pPr>
        <w:pStyle w:val="ListBullet"/>
      </w:pPr>
      <w:r>
        <w:t>Use only cleaning and rinsing agents compatible with reusable stainless steel medical instruments. Rinse thoroughly so that cleaning chemical residues are not retained within the textured diamond surface.</w:t>
      </w:r>
    </w:p>
    <w:p w14:paraId="590B67C3" w14:textId="77777777" w:rsidR="007F5352" w:rsidRDefault="00000000">
      <w:pPr>
        <w:pStyle w:val="Heading1"/>
      </w:pPr>
      <w:r>
        <w:t>7. LIMITATIONS ON REPROCESSING</w:t>
      </w:r>
    </w:p>
    <w:p w14:paraId="25987956" w14:textId="77777777" w:rsidR="007F5352" w:rsidRDefault="00000000">
      <w:r>
        <w:t>Repeated reprocessing has minimal effect on the stainless steel body when performed correctly. End of useful life is normally determined by wear or damage from clinical use and reprocessing. Remove the file from service if the diamond abrasive surface becomes excessively worn, smooth, loose, flaking or uneven, or if corrosion, bending, cracking or other damage is observed.</w:t>
      </w:r>
    </w:p>
    <w:p w14:paraId="65739562" w14:textId="77777777" w:rsidR="007F5352" w:rsidRDefault="00000000">
      <w:pPr>
        <w:pStyle w:val="Heading1"/>
      </w:pPr>
      <w:r>
        <w:t>8. REPROCESSING INSTRUCTIONS (Cleaning, Disinfection, Sterilisation)</w:t>
      </w:r>
    </w:p>
    <w:p w14:paraId="1E36B2D6" w14:textId="77777777" w:rsidR="007F5352" w:rsidRDefault="00000000">
      <w:pPr>
        <w:pStyle w:val="Heading2"/>
      </w:pPr>
      <w:r>
        <w:t>8.1 Point of Use</w:t>
      </w:r>
    </w:p>
    <w:p w14:paraId="3377743D" w14:textId="77777777" w:rsidR="007F5352" w:rsidRDefault="00000000">
      <w:r>
        <w:t>1. Throughout the procedure, remove gross debris from the file as required to prevent blood, nail debris and body fluid from drying on the instrument, taking care not to damage the diamond surface.</w:t>
      </w:r>
    </w:p>
    <w:p w14:paraId="08B3205B" w14:textId="77777777" w:rsidR="007F5352" w:rsidRDefault="00000000">
      <w:r>
        <w:t>2. Immediately after use, wipe excess soil from the handle and accessible surfaces with an appropriate disposable wipe. Do not allow visible contamination to dry on the diamond filing surface.</w:t>
      </w:r>
    </w:p>
    <w:p w14:paraId="5AECEE84" w14:textId="77777777" w:rsidR="007F5352" w:rsidRDefault="00000000">
      <w:r>
        <w:t>3. Arrange the file securely so that the abrasive surface is protected from impact, compression or excessive contact with other instruments during transport.</w:t>
      </w:r>
    </w:p>
    <w:p w14:paraId="4E872547" w14:textId="77777777" w:rsidR="007F5352" w:rsidRDefault="00000000">
      <w:pPr>
        <w:pStyle w:val="Heading2"/>
      </w:pPr>
      <w:r>
        <w:lastRenderedPageBreak/>
        <w:t>8.2 Containment and Transport</w:t>
      </w:r>
    </w:p>
    <w:p w14:paraId="31AE0124" w14:textId="77777777" w:rsidR="007F5352" w:rsidRDefault="00000000">
      <w:r>
        <w:t>1. Whether used or not, opened instruments should be placed in a suitable sealed/closed container labelled as biohazard to protect personnel from contamination during transport to the decontamination area.</w:t>
      </w:r>
    </w:p>
    <w:p w14:paraId="7B6E8E94" w14:textId="77777777" w:rsidR="007F5352" w:rsidRDefault="00000000">
      <w:r>
        <w:t>2. Contaminated instruments should be kept moist in the transport container using a towel moistened with water (not saline). Do not immerse in saline.</w:t>
      </w:r>
    </w:p>
    <w:p w14:paraId="5B60AF10" w14:textId="77777777" w:rsidR="007F5352" w:rsidRDefault="00000000">
      <w:r>
        <w:t>3. Frequent retrieval and transport of containers to the decontamination area is recommended so that cleaning can commence promptly.</w:t>
      </w:r>
    </w:p>
    <w:p w14:paraId="2728D6D9" w14:textId="77777777" w:rsidR="007F5352" w:rsidRDefault="00000000">
      <w:pPr>
        <w:pStyle w:val="Heading2"/>
      </w:pPr>
      <w:r>
        <w:t>8.3 Preparation for Decontamination and Cleaning</w:t>
      </w:r>
    </w:p>
    <w:p w14:paraId="64C71B18" w14:textId="77777777" w:rsidR="007F5352" w:rsidRDefault="00000000">
      <w:r>
        <w:t>1. Wear suitable personal protective equipment in accordance with Universal Precautions and facility policies.</w:t>
      </w:r>
    </w:p>
    <w:p w14:paraId="456766DF" w14:textId="77777777" w:rsidR="007F5352" w:rsidRDefault="00000000">
      <w:r>
        <w:t>2. Cleaning should be performed as soon as practicable after the instrument is received in the decontamination area. Pay particular attention to nail debris retained on or within the textured diamond surface.</w:t>
      </w:r>
    </w:p>
    <w:p w14:paraId="2AE25C38" w14:textId="77777777" w:rsidR="007F5352" w:rsidRDefault="00000000">
      <w:r>
        <w:t>3. The 20cm Diamond Nail File is a single-piece instrument and does not require disassembly. Position it so that the handle and the entire diamond abrasive surface are fully accessible to the cleaning process.</w:t>
      </w:r>
    </w:p>
    <w:p w14:paraId="48F896B4" w14:textId="77777777" w:rsidR="007F5352" w:rsidRDefault="00000000">
      <w:pPr>
        <w:pStyle w:val="Heading2"/>
      </w:pPr>
      <w:r>
        <w:t>8.4 Automated or Manual Cleaning and Disinfection Processes (Choose ONE)</w:t>
      </w:r>
    </w:p>
    <w:p w14:paraId="03BA4060" w14:textId="77777777" w:rsidR="007F5352" w:rsidRDefault="00000000">
      <w:pPr>
        <w:pStyle w:val="Heading3"/>
      </w:pPr>
      <w:r>
        <w:t>OPTION A — Automated Cleaning and Disinfection</w:t>
      </w:r>
    </w:p>
    <w:p w14:paraId="1B445335" w14:textId="77777777" w:rsidR="007F5352" w:rsidRDefault="00000000">
      <w:r>
        <w:t>Ensure the file is supported in a suitable instrument carrier so the electroplated diamond surface is not damaged by heavy instruments and all surfaces are exposed to the washer spray.</w:t>
      </w:r>
    </w:p>
    <w:p w14:paraId="2738D1CD" w14:textId="77777777" w:rsidR="007F5352" w:rsidRDefault="00000000">
      <w:r>
        <w:t>1. Use a validated washer-disinfector compliant with ISO 15883. Follow the washer-disinfector manufacturer’s instructions for loading, cycle selection and operation.</w:t>
      </w:r>
    </w:p>
    <w:p w14:paraId="49D56C21" w14:textId="77777777" w:rsidR="007F5352" w:rsidRDefault="00000000">
      <w:r>
        <w:t>2. Use the washer manufacturer’s validated cycle. Cleaning chemistry may include an alkaline detergent (typically pH 10–12) followed by a neutralising agent, or a neutral pH detergent (approximately pH 6–8) where validated.</w:t>
      </w:r>
    </w:p>
    <w:p w14:paraId="1BA212D8" w14:textId="77777777" w:rsidR="007F5352" w:rsidRDefault="00000000">
      <w:r>
        <w:t>3. If visible or adherent soil is present on the diamond surface, perform manual pre-cleaning using a neutral pH medical instrument detergent before automated processing.</w:t>
      </w:r>
    </w:p>
    <w:p w14:paraId="33B9AEAD" w14:textId="77777777" w:rsidR="007F5352" w:rsidRDefault="00000000">
      <w:r>
        <w:t>4. Position the instrument so the complete diamond filing surface is directly exposed to spray action and rinse water. Avoid stacking or overlapping instruments.</w:t>
      </w:r>
    </w:p>
    <w:p w14:paraId="756F0440" w14:textId="77777777" w:rsidR="007F5352" w:rsidRDefault="00000000">
      <w:r>
        <w:t>5. Position the file to promote unrestricted drainage and prevent pooling of water on or around the instrument.</w:t>
      </w:r>
    </w:p>
    <w:p w14:paraId="3F03108C" w14:textId="77777777" w:rsidR="007F5352" w:rsidRDefault="00000000">
      <w:r>
        <w:t>6. Use a suitable carrier or tray that prevents excessive movement, impact or abrasive contact with other instruments during the cycle.</w:t>
      </w:r>
    </w:p>
    <w:p w14:paraId="739EAA17" w14:textId="77777777" w:rsidR="007F5352" w:rsidRDefault="00000000">
      <w:r>
        <w:t>7. Complete the validated thermal disinfection stage and final rinse using critical water where applicable. After processing, inspect the file carefully. Repeat cleaning if any visible soil remains.</w:t>
      </w:r>
    </w:p>
    <w:p w14:paraId="28F02F64" w14:textId="77777777" w:rsidR="007F5352" w:rsidRDefault="00000000">
      <w:pPr>
        <w:pStyle w:val="Heading3"/>
      </w:pPr>
      <w:r>
        <w:lastRenderedPageBreak/>
        <w:t>OPTION B — Manual Cleaning and Disinfection</w:t>
      </w:r>
    </w:p>
    <w:p w14:paraId="2156CC8C" w14:textId="77777777" w:rsidR="007F5352" w:rsidRDefault="00000000">
      <w:r>
        <w:t>Note: Manual cleaning must provide direct access to the entire textured diamond surface. Use cleaning chemistry intended for reusable medical instruments and rinse completely to minimise retained residues.</w:t>
      </w:r>
    </w:p>
    <w:p w14:paraId="19F1D9B3" w14:textId="77777777" w:rsidR="007F5352" w:rsidRDefault="00000000">
      <w:r>
        <w:t>1. Pretreat with an initial cold water rinse using running utility (tap) water for at least 30 seconds, directing the flow across the diamond filing surface.</w:t>
      </w:r>
    </w:p>
    <w:p w14:paraId="6E395C66" w14:textId="77777777" w:rsidR="007F5352" w:rsidRDefault="00000000">
      <w:r>
        <w:t>2. Fully immerse the instrument in a low-foaming, free-rinsing, neutral pH medical instrument detergent (approximately pH 6–8) prepared according to the detergent manufacturer’s instructions.</w:t>
      </w:r>
    </w:p>
    <w:p w14:paraId="299AB3FC" w14:textId="77777777" w:rsidR="007F5352" w:rsidRDefault="00000000">
      <w:r>
        <w:t>3. While the instrument remains submerged, gently brush the handle, edges and entire diamond-coated filing surface with a soft nylon brush until all visible soil and nail debris are removed. Do not use a wire or metal brush.</w:t>
      </w:r>
    </w:p>
    <w:p w14:paraId="2EF798D9" w14:textId="77777777" w:rsidR="007F5352" w:rsidRDefault="00000000">
      <w:r>
        <w:t>4. Rinse under warm (27–44°C) utility water for at least 30 seconds, rotating the file so all surfaces and the complete abrasive area are exposed to flowing water.</w:t>
      </w:r>
    </w:p>
    <w:p w14:paraId="6BAF8F8D" w14:textId="77777777" w:rsidR="007F5352" w:rsidRDefault="00000000">
      <w:r>
        <w:t>5. Repeat the cleaning steps using fresh solution if visible soil remains. The instrument must be visibly clean before sterilisation.</w:t>
      </w:r>
    </w:p>
    <w:p w14:paraId="49230271" w14:textId="77777777" w:rsidR="007F5352" w:rsidRDefault="00000000">
      <w:r>
        <w:t>6. Perform a final rinse with critical water for at least 30 seconds, ensuring detergent and loosened debris are flushed from the textured diamond surface.</w:t>
      </w:r>
    </w:p>
    <w:p w14:paraId="5F218A62" w14:textId="77777777" w:rsidR="007F5352" w:rsidRDefault="00000000">
      <w:pPr>
        <w:pStyle w:val="Heading2"/>
      </w:pPr>
      <w:r>
        <w:t>8.5 Drying</w:t>
      </w:r>
    </w:p>
    <w:p w14:paraId="24C6A992" w14:textId="77777777" w:rsidR="007F5352" w:rsidRDefault="00000000">
      <w:r>
        <w:t>After manual or automated cleaning, dry the instrument thoroughly with a soft, lint-free cloth and/or micro-filtered, pressurised, medical-grade air. Ensure the textured diamond surface is completely dry before inspection and packaging.</w:t>
      </w:r>
    </w:p>
    <w:p w14:paraId="746402F4" w14:textId="77777777" w:rsidR="007F5352" w:rsidRDefault="00000000">
      <w:pPr>
        <w:pStyle w:val="Heading2"/>
      </w:pPr>
      <w:r>
        <w:t>8.6 Inspection</w:t>
      </w:r>
    </w:p>
    <w:p w14:paraId="3BD23E55" w14:textId="77777777" w:rsidR="007F5352" w:rsidRDefault="00000000">
      <w:r>
        <w:t>Following cleaning, inspect under adequate lighting to confirm that no visible soil or nail debris remains on the handle, edges or diamond abrasive surface.</w:t>
      </w:r>
    </w:p>
    <w:p w14:paraId="0BAE07BE" w14:textId="77777777" w:rsidR="007F5352" w:rsidRDefault="00000000">
      <w:r>
        <w:t>Examine the instrument for corrosion, cracks, bending, sharp unintended projections, loss or lifting of the electroplated diamond coating, excessive smoothing/wear of the abrasive surface, or any other condition that may affect safe and effective use. Remove damaged or excessively worn instruments from service.</w:t>
      </w:r>
    </w:p>
    <w:p w14:paraId="2E6BB4BA" w14:textId="77777777" w:rsidR="007F5352" w:rsidRDefault="00000000">
      <w:pPr>
        <w:pStyle w:val="Heading2"/>
      </w:pPr>
      <w:r>
        <w:t>8.7 Lubrication (Recommended)</w:t>
      </w:r>
    </w:p>
    <w:p w14:paraId="75011FF4" w14:textId="77777777" w:rsidR="007F5352" w:rsidRDefault="00000000">
      <w:r>
        <w:t>Lubrication is not required because the Diamond Nail File has no moving joints or hinges. Do not apply instrument lubricant to the diamond abrasive surface.</w:t>
      </w:r>
    </w:p>
    <w:p w14:paraId="4733D26B" w14:textId="77777777" w:rsidR="007F5352" w:rsidRDefault="00000000">
      <w:pPr>
        <w:pStyle w:val="Heading2"/>
      </w:pPr>
      <w:r>
        <w:t>8.8 Packaging for Sterilisation</w:t>
      </w:r>
    </w:p>
    <w:p w14:paraId="2A1C3999" w14:textId="77777777" w:rsidR="007F5352" w:rsidRDefault="00000000">
      <w:pPr>
        <w:pStyle w:val="ListBullet"/>
      </w:pPr>
      <w:r>
        <w:t>Only packaging systems, pouches, wraps, trays and accessories designed and intended for medical device steam sterilisation should be used.</w:t>
      </w:r>
    </w:p>
    <w:p w14:paraId="17DA7D8C" w14:textId="77777777" w:rsidR="007F5352" w:rsidRDefault="00000000">
      <w:pPr>
        <w:pStyle w:val="ListBullet"/>
      </w:pPr>
      <w:r>
        <w:t>Select packaging appropriate to the size and configuration of the file and compatible with the validated sterilisation process. Instrument tray packaging may require double wrapping in accordance with facility procedure.</w:t>
      </w:r>
    </w:p>
    <w:p w14:paraId="340F2AF8" w14:textId="77777777" w:rsidR="007F5352" w:rsidRDefault="00000000">
      <w:pPr>
        <w:pStyle w:val="ListBullet"/>
      </w:pPr>
      <w:r>
        <w:t>Position the file so steam can contact all surfaces and condensate can drain freely. Do not tightly bundle the file with other instruments.</w:t>
      </w:r>
    </w:p>
    <w:p w14:paraId="44F02E08" w14:textId="77777777" w:rsidR="007F5352" w:rsidRDefault="00000000">
      <w:pPr>
        <w:pStyle w:val="ListBullet"/>
      </w:pPr>
      <w:r>
        <w:t>Protect the diamond filing surface from heavy instruments or direct impact that could damage the coating or compromise the sterilisation packaging.</w:t>
      </w:r>
    </w:p>
    <w:p w14:paraId="4D22BCC0" w14:textId="77777777" w:rsidR="007F5352" w:rsidRDefault="00000000">
      <w:pPr>
        <w:pStyle w:val="ListBullet"/>
      </w:pPr>
      <w:r>
        <w:t>If a protective holder or tip protector is used, it must be steam-permeable, fit without trapping moisture, and be used in accordance with its manufacturer’s written IFU.</w:t>
      </w:r>
    </w:p>
    <w:p w14:paraId="48AFF568" w14:textId="77777777" w:rsidR="007F5352" w:rsidRDefault="00000000">
      <w:pPr>
        <w:pStyle w:val="Heading2"/>
      </w:pPr>
      <w:r>
        <w:lastRenderedPageBreak/>
        <w:t>8.9 Sterilisation (Steam)</w:t>
      </w:r>
    </w:p>
    <w:p w14:paraId="21666096" w14:textId="77777777" w:rsidR="007F5352" w:rsidRDefault="00000000">
      <w:r>
        <w:t>Follow the steriliser manufacturer’s instructions for operation and loading of steam sterilisers. There must be direct steam exposure to all instrument surfaces, including the diamond-coated filing surface.</w:t>
      </w:r>
    </w:p>
    <w:p w14:paraId="6F94311B" w14:textId="77777777" w:rsidR="007F5352" w:rsidRDefault="00000000">
      <w:r>
        <w:t>Minimum cycle times (user must validate deviations):</w:t>
      </w:r>
    </w:p>
    <w:p w14:paraId="74887A70" w14:textId="77777777" w:rsidR="007F5352" w:rsidRDefault="00000000">
      <w:pPr>
        <w:pStyle w:val="Heading3"/>
      </w:pPr>
      <w:r>
        <w:t>Dynamic Air Removal — Minimum Cycle Times</w:t>
      </w:r>
    </w:p>
    <w:tbl>
      <w:tblPr>
        <w:tblStyle w:val="TableGrid"/>
        <w:tblW w:w="0" w:type="auto"/>
        <w:tblLook w:val="04A0" w:firstRow="1" w:lastRow="0" w:firstColumn="1" w:lastColumn="0" w:noHBand="0" w:noVBand="1"/>
      </w:tblPr>
      <w:tblGrid>
        <w:gridCol w:w="2880"/>
        <w:gridCol w:w="2880"/>
        <w:gridCol w:w="2880"/>
      </w:tblGrid>
      <w:tr w:rsidR="007F5352" w14:paraId="76133A0F" w14:textId="77777777">
        <w:tc>
          <w:tcPr>
            <w:tcW w:w="2880" w:type="dxa"/>
          </w:tcPr>
          <w:p w14:paraId="32CE0875" w14:textId="77777777" w:rsidR="007F5352" w:rsidRDefault="00000000">
            <w:r>
              <w:t>Item</w:t>
            </w:r>
          </w:p>
        </w:tc>
        <w:tc>
          <w:tcPr>
            <w:tcW w:w="2880" w:type="dxa"/>
          </w:tcPr>
          <w:p w14:paraId="25274E64" w14:textId="59E33883" w:rsidR="007F5352" w:rsidRDefault="00000000">
            <w:r>
              <w:t>13</w:t>
            </w:r>
            <w:r w:rsidR="003B51FA">
              <w:t>4</w:t>
            </w:r>
            <w:r>
              <w:t>°C Exposure</w:t>
            </w:r>
          </w:p>
        </w:tc>
        <w:tc>
          <w:tcPr>
            <w:tcW w:w="2880" w:type="dxa"/>
          </w:tcPr>
          <w:p w14:paraId="6FF71CA8" w14:textId="77777777" w:rsidR="007F5352" w:rsidRDefault="00000000">
            <w:r>
              <w:t>Drying Time</w:t>
            </w:r>
          </w:p>
        </w:tc>
      </w:tr>
      <w:tr w:rsidR="007F5352" w14:paraId="60BC0D46" w14:textId="77777777">
        <w:tc>
          <w:tcPr>
            <w:tcW w:w="2880" w:type="dxa"/>
          </w:tcPr>
          <w:p w14:paraId="5AA75A58" w14:textId="77777777" w:rsidR="007F5352" w:rsidRDefault="00000000">
            <w:r>
              <w:t>Wrapped Instruments</w:t>
            </w:r>
          </w:p>
        </w:tc>
        <w:tc>
          <w:tcPr>
            <w:tcW w:w="2880" w:type="dxa"/>
          </w:tcPr>
          <w:p w14:paraId="6141B669" w14:textId="30A620FD" w:rsidR="007F5352" w:rsidRDefault="003B51FA">
            <w:r>
              <w:t>5</w:t>
            </w:r>
            <w:r w:rsidR="00000000">
              <w:t xml:space="preserve"> minutes</w:t>
            </w:r>
          </w:p>
        </w:tc>
        <w:tc>
          <w:tcPr>
            <w:tcW w:w="2880" w:type="dxa"/>
          </w:tcPr>
          <w:p w14:paraId="30FFCF2F" w14:textId="77777777" w:rsidR="007F5352" w:rsidRDefault="00000000">
            <w:r>
              <w:t>20–30 minutes</w:t>
            </w:r>
          </w:p>
        </w:tc>
      </w:tr>
    </w:tbl>
    <w:p w14:paraId="2956100C" w14:textId="77777777" w:rsidR="007F5352" w:rsidRDefault="00000000">
      <w:r>
        <w:t>NOTE: The user must validate any deviation from the recommended time and temperature.</w:t>
      </w:r>
    </w:p>
    <w:p w14:paraId="65B25920" w14:textId="77777777" w:rsidR="007F5352" w:rsidRDefault="00000000">
      <w:pPr>
        <w:pStyle w:val="Heading2"/>
      </w:pPr>
      <w:r>
        <w:t>8.10 Storage and Transport</w:t>
      </w:r>
    </w:p>
    <w:p w14:paraId="06120662" w14:textId="77777777" w:rsidR="007F5352" w:rsidRDefault="00000000">
      <w:r>
        <w:t>Sterile instruments should be stored under environmentally controlled conditions in a manner that reduces the potential for contamination and protects the electroplated filing surface and sterile barrier system, in accordance with facility policies.</w:t>
      </w:r>
    </w:p>
    <w:p w14:paraId="7C8B8456" w14:textId="77777777" w:rsidR="007F5352" w:rsidRDefault="00000000">
      <w:r>
        <w:t>Sterile instruments should be transported in a manner that protects the package from puncture, moisture, excessive humidity, condensation, dust/dirt, pressure, pests and microorganisms, and protects the file from physical damage.</w:t>
      </w:r>
    </w:p>
    <w:p w14:paraId="0F60D3ED" w14:textId="704C6219" w:rsidR="007F5352" w:rsidRDefault="00000000">
      <w:pPr>
        <w:pStyle w:val="Heading1"/>
      </w:pPr>
      <w:r>
        <w:t xml:space="preserve">9. LABELLING STATEMENTS </w:t>
      </w:r>
    </w:p>
    <w:p w14:paraId="10AEE82B" w14:textId="77777777" w:rsidR="007F5352" w:rsidRDefault="00000000">
      <w:pPr>
        <w:pStyle w:val="Heading2"/>
      </w:pPr>
      <w:r>
        <w:t>9.1 Sterility Statement</w:t>
      </w:r>
    </w:p>
    <w:p w14:paraId="210D6E86" w14:textId="77777777" w:rsidR="007F5352" w:rsidRDefault="00000000">
      <w:r>
        <w:t>This instrument is supplied NON-STERILE and must be cleaned and steam sterilised prior to clinical use.</w:t>
      </w:r>
    </w:p>
    <w:p w14:paraId="1B55C74D" w14:textId="77777777" w:rsidR="007F5352" w:rsidRDefault="00000000">
      <w:pPr>
        <w:pStyle w:val="Heading2"/>
      </w:pPr>
      <w:r>
        <w:t>9.2 Reuse Statement</w:t>
      </w:r>
    </w:p>
    <w:p w14:paraId="44CB866D" w14:textId="77777777" w:rsidR="007F5352" w:rsidRDefault="00000000">
      <w:r>
        <w:t>This instrument is REUSABLE and must be cleaned, inspected, packaged and sterilised between each patient use in accordance with this IFU.</w:t>
      </w:r>
    </w:p>
    <w:p w14:paraId="4EF0D8F1" w14:textId="77777777" w:rsidR="007F5352" w:rsidRDefault="00000000">
      <w:pPr>
        <w:pStyle w:val="Heading2"/>
      </w:pPr>
      <w:r>
        <w:t>9.3 Traceability (Recommended)</w:t>
      </w:r>
    </w:p>
    <w:p w14:paraId="08BF6B1F" w14:textId="77777777" w:rsidR="007F5352" w:rsidRDefault="00000000">
      <w:r>
        <w:t>Where applicable, record: date processed, steriliser cycle number, operator initials, batch/load record reference, and inspection outcome.</w:t>
      </w:r>
    </w:p>
    <w:p w14:paraId="327D485F" w14:textId="77777777" w:rsidR="007F5352" w:rsidRDefault="00000000">
      <w:pPr>
        <w:pStyle w:val="Heading1"/>
      </w:pPr>
      <w:r>
        <w:t>10. SYMBOLS &amp; GLOSSARY</w:t>
      </w:r>
    </w:p>
    <w:p w14:paraId="0B4E42A0" w14:textId="77777777" w:rsidR="007F5352" w:rsidRDefault="00000000">
      <w:pPr>
        <w:pStyle w:val="Heading2"/>
      </w:pPr>
      <w:r>
        <w:t>10.1 Symbols</w:t>
      </w:r>
    </w:p>
    <w:tbl>
      <w:tblPr>
        <w:tblStyle w:val="TableGrid"/>
        <w:tblW w:w="0" w:type="auto"/>
        <w:tblLook w:val="04A0" w:firstRow="1" w:lastRow="0" w:firstColumn="1" w:lastColumn="0" w:noHBand="0" w:noVBand="1"/>
      </w:tblPr>
      <w:tblGrid>
        <w:gridCol w:w="4320"/>
        <w:gridCol w:w="4320"/>
      </w:tblGrid>
      <w:tr w:rsidR="007F5352" w14:paraId="07969EEB" w14:textId="77777777">
        <w:tc>
          <w:tcPr>
            <w:tcW w:w="4320" w:type="dxa"/>
          </w:tcPr>
          <w:p w14:paraId="545EACFF" w14:textId="77777777" w:rsidR="007F5352" w:rsidRDefault="00000000">
            <w:r>
              <w:t>Manufacturer</w:t>
            </w:r>
          </w:p>
        </w:tc>
        <w:tc>
          <w:tcPr>
            <w:tcW w:w="4320" w:type="dxa"/>
          </w:tcPr>
          <w:p w14:paraId="4F1F874E" w14:textId="77777777" w:rsidR="007F5352" w:rsidRDefault="00000000">
            <w:r>
              <w:t>Manufacturer</w:t>
            </w:r>
          </w:p>
        </w:tc>
      </w:tr>
      <w:tr w:rsidR="007F5352" w14:paraId="5D8107D6" w14:textId="77777777">
        <w:tc>
          <w:tcPr>
            <w:tcW w:w="4320" w:type="dxa"/>
          </w:tcPr>
          <w:p w14:paraId="385B6035" w14:textId="77777777" w:rsidR="007F5352" w:rsidRDefault="00000000">
            <w:r>
              <w:t>Australian Sponsor</w:t>
            </w:r>
          </w:p>
        </w:tc>
        <w:tc>
          <w:tcPr>
            <w:tcW w:w="4320" w:type="dxa"/>
          </w:tcPr>
          <w:p w14:paraId="2486ABFE" w14:textId="77777777" w:rsidR="007F5352" w:rsidRDefault="00000000">
            <w:r>
              <w:t>Australian Sponsor</w:t>
            </w:r>
          </w:p>
        </w:tc>
      </w:tr>
      <w:tr w:rsidR="007F5352" w14:paraId="1FA6BDB9" w14:textId="77777777">
        <w:tc>
          <w:tcPr>
            <w:tcW w:w="4320" w:type="dxa"/>
          </w:tcPr>
          <w:p w14:paraId="3A169168" w14:textId="77777777" w:rsidR="007F5352" w:rsidRDefault="00000000">
            <w:r>
              <w:t>Catalogue Number</w:t>
            </w:r>
          </w:p>
        </w:tc>
        <w:tc>
          <w:tcPr>
            <w:tcW w:w="4320" w:type="dxa"/>
          </w:tcPr>
          <w:p w14:paraId="0ED51581" w14:textId="77777777" w:rsidR="007F5352" w:rsidRDefault="00000000">
            <w:r>
              <w:t>REF</w:t>
            </w:r>
          </w:p>
        </w:tc>
      </w:tr>
      <w:tr w:rsidR="007F5352" w14:paraId="5084B973" w14:textId="77777777">
        <w:tc>
          <w:tcPr>
            <w:tcW w:w="4320" w:type="dxa"/>
          </w:tcPr>
          <w:p w14:paraId="5AC91D19" w14:textId="77777777" w:rsidR="007F5352" w:rsidRDefault="00000000">
            <w:r>
              <w:t>Batch Code</w:t>
            </w:r>
          </w:p>
        </w:tc>
        <w:tc>
          <w:tcPr>
            <w:tcW w:w="4320" w:type="dxa"/>
          </w:tcPr>
          <w:p w14:paraId="706E3F71" w14:textId="77777777" w:rsidR="007F5352" w:rsidRDefault="00000000">
            <w:r>
              <w:t>LOT</w:t>
            </w:r>
          </w:p>
        </w:tc>
      </w:tr>
      <w:tr w:rsidR="007F5352" w14:paraId="40EF6BC1" w14:textId="77777777">
        <w:tc>
          <w:tcPr>
            <w:tcW w:w="4320" w:type="dxa"/>
          </w:tcPr>
          <w:p w14:paraId="0ECB6418" w14:textId="77777777" w:rsidR="007F5352" w:rsidRDefault="00000000">
            <w:r>
              <w:t>Non-sterile</w:t>
            </w:r>
          </w:p>
        </w:tc>
        <w:tc>
          <w:tcPr>
            <w:tcW w:w="4320" w:type="dxa"/>
          </w:tcPr>
          <w:p w14:paraId="2BCBB51A" w14:textId="77777777" w:rsidR="007F5352" w:rsidRDefault="00000000">
            <w:r>
              <w:t>NON-STERILE</w:t>
            </w:r>
          </w:p>
        </w:tc>
      </w:tr>
      <w:tr w:rsidR="007F5352" w14:paraId="5790ED78" w14:textId="77777777">
        <w:tc>
          <w:tcPr>
            <w:tcW w:w="4320" w:type="dxa"/>
          </w:tcPr>
          <w:p w14:paraId="3C05A5A1" w14:textId="77777777" w:rsidR="007F5352" w:rsidRDefault="00000000">
            <w:r>
              <w:t>Consult Instructions for Use</w:t>
            </w:r>
          </w:p>
        </w:tc>
        <w:tc>
          <w:tcPr>
            <w:tcW w:w="4320" w:type="dxa"/>
          </w:tcPr>
          <w:p w14:paraId="3FAFD526" w14:textId="77777777" w:rsidR="007F5352" w:rsidRDefault="00000000">
            <w:r>
              <w:t>Consult IFU</w:t>
            </w:r>
          </w:p>
        </w:tc>
      </w:tr>
      <w:tr w:rsidR="007F5352" w14:paraId="3129350E" w14:textId="77777777">
        <w:tc>
          <w:tcPr>
            <w:tcW w:w="4320" w:type="dxa"/>
          </w:tcPr>
          <w:p w14:paraId="6DF2E630" w14:textId="77777777" w:rsidR="007F5352" w:rsidRDefault="00000000">
            <w:r>
              <w:t>Medical Device</w:t>
            </w:r>
          </w:p>
        </w:tc>
        <w:tc>
          <w:tcPr>
            <w:tcW w:w="4320" w:type="dxa"/>
          </w:tcPr>
          <w:p w14:paraId="1A75B839" w14:textId="77777777" w:rsidR="007F5352" w:rsidRDefault="00000000">
            <w:r>
              <w:t>Medical Device</w:t>
            </w:r>
          </w:p>
        </w:tc>
      </w:tr>
      <w:tr w:rsidR="007F5352" w14:paraId="30DD760F" w14:textId="77777777">
        <w:tc>
          <w:tcPr>
            <w:tcW w:w="4320" w:type="dxa"/>
          </w:tcPr>
          <w:p w14:paraId="14E52577" w14:textId="77777777" w:rsidR="007F5352" w:rsidRDefault="00000000">
            <w:r>
              <w:t>Reusable</w:t>
            </w:r>
          </w:p>
        </w:tc>
        <w:tc>
          <w:tcPr>
            <w:tcW w:w="4320" w:type="dxa"/>
          </w:tcPr>
          <w:p w14:paraId="35DB15BB" w14:textId="77777777" w:rsidR="007F5352" w:rsidRDefault="00000000">
            <w:r>
              <w:t>Reusable</w:t>
            </w:r>
          </w:p>
        </w:tc>
      </w:tr>
      <w:tr w:rsidR="007F5352" w14:paraId="6AACA278" w14:textId="77777777">
        <w:tc>
          <w:tcPr>
            <w:tcW w:w="4320" w:type="dxa"/>
          </w:tcPr>
          <w:p w14:paraId="3B06F019" w14:textId="77777777" w:rsidR="007F5352" w:rsidRDefault="00000000">
            <w:r>
              <w:lastRenderedPageBreak/>
              <w:t>Caution</w:t>
            </w:r>
          </w:p>
        </w:tc>
        <w:tc>
          <w:tcPr>
            <w:tcW w:w="4320" w:type="dxa"/>
          </w:tcPr>
          <w:p w14:paraId="1435AFF9" w14:textId="77777777" w:rsidR="007F5352" w:rsidRDefault="00000000">
            <w:r>
              <w:t>Caution</w:t>
            </w:r>
          </w:p>
        </w:tc>
      </w:tr>
      <w:tr w:rsidR="007F5352" w14:paraId="585C2591" w14:textId="77777777">
        <w:tc>
          <w:tcPr>
            <w:tcW w:w="4320" w:type="dxa"/>
          </w:tcPr>
          <w:p w14:paraId="7BE1CC94" w14:textId="77777777" w:rsidR="007F5352" w:rsidRDefault="00000000">
            <w:r>
              <w:t>Do not use if package is damaged</w:t>
            </w:r>
          </w:p>
        </w:tc>
        <w:tc>
          <w:tcPr>
            <w:tcW w:w="4320" w:type="dxa"/>
          </w:tcPr>
          <w:p w14:paraId="207234B1" w14:textId="77777777" w:rsidR="007F5352" w:rsidRDefault="00000000">
            <w:r>
              <w:t>Do not use if packaging damaged</w:t>
            </w:r>
          </w:p>
        </w:tc>
      </w:tr>
    </w:tbl>
    <w:p w14:paraId="621A1F83" w14:textId="77777777" w:rsidR="007F5352" w:rsidRDefault="00000000">
      <w:pPr>
        <w:pStyle w:val="Heading2"/>
      </w:pPr>
      <w:r>
        <w:t>10.2 Glossary</w:t>
      </w:r>
    </w:p>
    <w:tbl>
      <w:tblPr>
        <w:tblStyle w:val="TableGrid"/>
        <w:tblW w:w="0" w:type="auto"/>
        <w:tblLook w:val="04A0" w:firstRow="1" w:lastRow="0" w:firstColumn="1" w:lastColumn="0" w:noHBand="0" w:noVBand="1"/>
      </w:tblPr>
      <w:tblGrid>
        <w:gridCol w:w="4320"/>
        <w:gridCol w:w="4320"/>
      </w:tblGrid>
      <w:tr w:rsidR="007F5352" w14:paraId="493B2D8A" w14:textId="77777777">
        <w:tc>
          <w:tcPr>
            <w:tcW w:w="4320" w:type="dxa"/>
          </w:tcPr>
          <w:p w14:paraId="1F37DDC0" w14:textId="77777777" w:rsidR="007F5352" w:rsidRDefault="00000000">
            <w:r>
              <w:t>IFU</w:t>
            </w:r>
          </w:p>
        </w:tc>
        <w:tc>
          <w:tcPr>
            <w:tcW w:w="4320" w:type="dxa"/>
          </w:tcPr>
          <w:p w14:paraId="3D42DD93" w14:textId="77777777" w:rsidR="007F5352" w:rsidRDefault="00000000">
            <w:r>
              <w:t>Instructions For Use</w:t>
            </w:r>
          </w:p>
        </w:tc>
      </w:tr>
      <w:tr w:rsidR="007F5352" w14:paraId="478D47CF" w14:textId="77777777">
        <w:tc>
          <w:tcPr>
            <w:tcW w:w="4320" w:type="dxa"/>
          </w:tcPr>
          <w:p w14:paraId="7E4ED880" w14:textId="77777777" w:rsidR="007F5352" w:rsidRDefault="00000000">
            <w:r>
              <w:t>IUSS</w:t>
            </w:r>
          </w:p>
        </w:tc>
        <w:tc>
          <w:tcPr>
            <w:tcW w:w="4320" w:type="dxa"/>
          </w:tcPr>
          <w:p w14:paraId="31D4B0BE" w14:textId="77777777" w:rsidR="007F5352" w:rsidRDefault="00000000">
            <w:r>
              <w:t>Immediate Use Steam Sterilisation (emergency only)</w:t>
            </w:r>
          </w:p>
        </w:tc>
      </w:tr>
      <w:tr w:rsidR="007F5352" w14:paraId="69FFDF4C" w14:textId="77777777">
        <w:tc>
          <w:tcPr>
            <w:tcW w:w="4320" w:type="dxa"/>
          </w:tcPr>
          <w:p w14:paraId="1208A16D" w14:textId="77777777" w:rsidR="007F5352" w:rsidRDefault="00000000">
            <w:r>
              <w:t>PPE</w:t>
            </w:r>
          </w:p>
        </w:tc>
        <w:tc>
          <w:tcPr>
            <w:tcW w:w="4320" w:type="dxa"/>
          </w:tcPr>
          <w:p w14:paraId="7025822D" w14:textId="77777777" w:rsidR="007F5352" w:rsidRDefault="00000000">
            <w:r>
              <w:t>Personal Protective Equipment</w:t>
            </w:r>
          </w:p>
        </w:tc>
      </w:tr>
      <w:tr w:rsidR="007F5352" w14:paraId="031CAA07" w14:textId="77777777">
        <w:tc>
          <w:tcPr>
            <w:tcW w:w="4320" w:type="dxa"/>
          </w:tcPr>
          <w:p w14:paraId="1826567B" w14:textId="77777777" w:rsidR="007F5352" w:rsidRDefault="00000000">
            <w:r>
              <w:t>Critical Water</w:t>
            </w:r>
          </w:p>
        </w:tc>
        <w:tc>
          <w:tcPr>
            <w:tcW w:w="4320" w:type="dxa"/>
          </w:tcPr>
          <w:p w14:paraId="11D0676E" w14:textId="77777777" w:rsidR="007F5352" w:rsidRDefault="00000000">
            <w:r>
              <w:t>Water suitable for final rinse used in medical device reprocessing</w:t>
            </w:r>
          </w:p>
        </w:tc>
      </w:tr>
    </w:tbl>
    <w:p w14:paraId="7DB37175" w14:textId="77777777" w:rsidR="007F5352" w:rsidRDefault="00000000">
      <w:pPr>
        <w:pStyle w:val="Heading1"/>
      </w:pPr>
      <w:r>
        <w:t>11. REFERENCE STANDARDS AND GUIDANCE</w:t>
      </w:r>
    </w:p>
    <w:p w14:paraId="68148812" w14:textId="77777777" w:rsidR="007F5352" w:rsidRDefault="00000000">
      <w:pPr>
        <w:pStyle w:val="ListBullet"/>
      </w:pPr>
      <w:r>
        <w:t>ANSI/AAMI ST79:2017 Comprehensive guide to steam sterilization and sterility assurance for healthcare facilities.</w:t>
      </w:r>
    </w:p>
    <w:p w14:paraId="76B500F7" w14:textId="77777777" w:rsidR="007F5352" w:rsidRDefault="00000000">
      <w:pPr>
        <w:pStyle w:val="ListBullet"/>
      </w:pPr>
      <w:r>
        <w:t>AAMI TIR34:2014/(R)2017 Water for the reprocessing of medical devices.</w:t>
      </w:r>
    </w:p>
    <w:p w14:paraId="18F2E930" w14:textId="77777777" w:rsidR="007F5352" w:rsidRDefault="00000000">
      <w:pPr>
        <w:pStyle w:val="ListBullet"/>
      </w:pPr>
      <w:r>
        <w:t>Guideline for cleaning and care of surgical instruments. In: Guidelines for Perioperative Practice. AORN, Inc.</w:t>
      </w:r>
    </w:p>
    <w:p w14:paraId="39E887AB" w14:textId="77777777" w:rsidR="007F5352" w:rsidRDefault="00000000">
      <w:pPr>
        <w:pStyle w:val="ListBullet"/>
      </w:pPr>
      <w:r>
        <w:t>CDC Guideline for Disinfection and Sterilization in Healthcare Facilities, 2008.</w:t>
      </w:r>
    </w:p>
    <w:p w14:paraId="28A96B90" w14:textId="77777777" w:rsidR="007F5352" w:rsidRDefault="00000000">
      <w:pPr>
        <w:pStyle w:val="ListBullet"/>
      </w:pPr>
      <w:r>
        <w:t>Toxic and Hazardous Substances: Bloodborne Pathogens, 29 CFR §1910.1030 (2012). Occupational Safety and Health Administration.</w:t>
      </w:r>
    </w:p>
    <w:p w14:paraId="06902EE2" w14:textId="77777777" w:rsidR="007F5352" w:rsidRDefault="00000000">
      <w:pPr>
        <w:pStyle w:val="Heading1"/>
      </w:pPr>
      <w:r>
        <w:t>12. MANUFACTURER DETAILS</w:t>
      </w:r>
    </w:p>
    <w:p w14:paraId="64635716" w14:textId="77777777" w:rsidR="007F5352" w:rsidRDefault="00000000">
      <w:r>
        <w:t>ProPedicure Instruments</w:t>
      </w:r>
    </w:p>
    <w:p w14:paraId="5210CFAB" w14:textId="77777777" w:rsidR="007F5352" w:rsidRDefault="00000000">
      <w:r>
        <w:t>PO BOX Ladhar Hundai Road, Shak Gilliam 51310 Sialkot Pakistan</w:t>
      </w:r>
    </w:p>
    <w:p w14:paraId="69FBA371" w14:textId="44C63E44" w:rsidR="007F5352" w:rsidRDefault="00000000">
      <w:r>
        <w:t>Last Updated: 01/08/2025</w:t>
      </w:r>
      <w:r w:rsidR="003B51FA"/>
      <w:r/>
      <w:r w:rsidR="003B51FA"/>
      <w:r/>
      <w:r w:rsidR="003B51FA"/>
    </w:p>
    <w:p w14:paraId="75BA1B76" w14:textId="77777777" w:rsidR="007F5352" w:rsidRDefault="00000000">
      <w:r>
        <w:br w:type="page"/>
      </w:r>
    </w:p>
    <w:p w14:paraId="7FBC6FE8" w14:textId="77777777" w:rsidR="007F5352" w:rsidRDefault="00000000">
      <w:pPr>
        <w:jc w:val="center"/>
      </w:pPr>
      <w:r>
        <w:rPr>
          <w:b/>
          <w:sz w:val="28"/>
        </w:rPr>
        <w:t>QUICK REPROCESSING SUMMARY (1 Page) – 20cm Diamond Nail File (Electroplated)</w:t>
      </w:r>
    </w:p>
    <w:p w14:paraId="7B1E02A6" w14:textId="77777777" w:rsidR="007F5352" w:rsidRDefault="007F5352"/>
    <w:p w14:paraId="4958A5BF" w14:textId="77777777" w:rsidR="007F5352" w:rsidRDefault="00000000">
      <w:pPr>
        <w:pStyle w:val="ListBullet"/>
      </w:pPr>
      <w:r>
        <w:t>Supplied NON-STERILE – MUST be cleaned and sterilised before first use and before every reuse.</w:t>
      </w:r>
    </w:p>
    <w:p w14:paraId="68DB6B93" w14:textId="77777777" w:rsidR="007F5352" w:rsidRDefault="00000000">
      <w:pPr>
        <w:pStyle w:val="ListBullet"/>
      </w:pPr>
      <w:r>
        <w:t>PPE: Impervious apron, shoe protection, gloves, face shield.</w:t>
      </w:r>
    </w:p>
    <w:p w14:paraId="44BAC26A" w14:textId="77777777" w:rsidR="007F5352" w:rsidRDefault="00000000">
      <w:pPr>
        <w:pStyle w:val="ListBullet"/>
      </w:pPr>
      <w:r>
        <w:t>POINT OF USE: Remove gross soil and nail debris promptly; prevent contamination from drying on the diamond surface.</w:t>
      </w:r>
    </w:p>
    <w:p w14:paraId="4BC13872" w14:textId="77777777" w:rsidR="007F5352" w:rsidRDefault="00000000">
      <w:pPr>
        <w:pStyle w:val="ListBullet"/>
      </w:pPr>
      <w:r>
        <w:t>TRANSPORT: Sealed biohazard container; keep moist using water (NOT saline); protect the abrasive surface from impact.</w:t>
      </w:r>
    </w:p>
    <w:p w14:paraId="4E9F4262" w14:textId="77777777" w:rsidR="007F5352" w:rsidRDefault="00000000">
      <w:pPr>
        <w:pStyle w:val="ListBullet"/>
      </w:pPr>
      <w:r>
        <w:t>CLEANING – WASHER-DISINFECTOR (Preferred): Validated ISO 15883 washer-disinfector; position to expose the complete diamond surface to spray action.</w:t>
      </w:r>
    </w:p>
    <w:p w14:paraId="4EC282B1" w14:textId="77777777" w:rsidR="007F5352" w:rsidRDefault="00000000">
      <w:pPr>
        <w:pStyle w:val="ListBullet"/>
      </w:pPr>
      <w:r>
        <w:t>CLEANING – MANUAL: Neutral pH medical instrument detergent (approx. pH 6–8) + soft nylon brush; thoroughly clean the diamond surface; final rinse with critical water.</w:t>
      </w:r>
    </w:p>
    <w:p w14:paraId="171C9905" w14:textId="77777777" w:rsidR="007F5352" w:rsidRDefault="00000000">
      <w:pPr>
        <w:pStyle w:val="ListBullet"/>
      </w:pPr>
      <w:r>
        <w:t>DRYING: Lint-free cloth and/or filtered medical-grade air; ensure the textured filing surface is completely dry.</w:t>
      </w:r>
    </w:p>
    <w:p w14:paraId="3F270AB1" w14:textId="77777777" w:rsidR="007F5352" w:rsidRDefault="00000000">
      <w:pPr>
        <w:pStyle w:val="ListBullet"/>
      </w:pPr>
      <w:r>
        <w:t>INSPECTION: Check cleanliness, corrosion, bending and integrity/wear of the electroplated diamond surface. Remove damaged or excessively worn files from service.</w:t>
      </w:r>
    </w:p>
    <w:p w14:paraId="57D1F2C7" w14:textId="77777777" w:rsidR="007F5352" w:rsidRDefault="00000000">
      <w:pPr>
        <w:pStyle w:val="ListBullet"/>
      </w:pPr>
      <w:r>
        <w:t>LUBRICATION: Not required. Do not apply lubricant to the diamond abrasive surface.</w:t>
      </w:r>
    </w:p>
    <w:p w14:paraId="2C5BAB43" w14:textId="77777777" w:rsidR="007F5352" w:rsidRDefault="00000000">
      <w:pPr>
        <w:pStyle w:val="ListBullet"/>
      </w:pPr>
      <w:r>
        <w:t>PACKAGING: Validated steam sterilisation wrap/pouch; protect the abrasive surface and ensure unrestricted steam contact.</w:t>
      </w:r>
    </w:p>
    <w:p w14:paraId="53C6038D" w14:textId="341AC80C" w:rsidR="007F5352" w:rsidRDefault="00000000">
      <w:pPr>
        <w:pStyle w:val="ListBullet"/>
      </w:pPr>
      <w:r>
        <w:t>STEAM STERILISATION (Wrapped): Dynamic Air Removal 134°C x 5 min (Dry 20–30 min)</w:t>
      </w:r>
      <w:r w:rsidR="003B51FA"/>
      <w:r/>
      <w:r w:rsidR="003B51FA"/>
      <w:r/>
    </w:p>
    <w:p w14:paraId="6E832CBC" w14:textId="77777777" w:rsidR="007F5352" w:rsidRDefault="00000000">
      <w:pPr>
        <w:pStyle w:val="ListBullet"/>
      </w:pPr>
      <w:r>
        <w:t>STORAGE: Store sterile packs dry, intact and protected from moisture, dust, puncture, contamination and physical damage.</w:t>
      </w:r>
    </w:p>
    <w:p w14:paraId="39581372" w14:textId="77777777" w:rsidR="007F5352" w:rsidRDefault="00000000">
      <w:pPr>
        <w:pStyle w:val="ListBullet"/>
      </w:pPr>
      <w:r>
        <w:t>AU Sponsor: PodMed Supplies | 1300 358 064 | podmedsupplies.com.au</w:t>
      </w:r>
    </w:p>
    <w:sectPr w:rsidR="007F535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3537195">
    <w:abstractNumId w:val="8"/>
  </w:num>
  <w:num w:numId="2" w16cid:durableId="1656101353">
    <w:abstractNumId w:val="6"/>
  </w:num>
  <w:num w:numId="3" w16cid:durableId="92287014">
    <w:abstractNumId w:val="5"/>
  </w:num>
  <w:num w:numId="4" w16cid:durableId="1077678154">
    <w:abstractNumId w:val="4"/>
  </w:num>
  <w:num w:numId="5" w16cid:durableId="953177538">
    <w:abstractNumId w:val="7"/>
  </w:num>
  <w:num w:numId="6" w16cid:durableId="1804806858">
    <w:abstractNumId w:val="3"/>
  </w:num>
  <w:num w:numId="7" w16cid:durableId="2056420150">
    <w:abstractNumId w:val="2"/>
  </w:num>
  <w:num w:numId="8" w16cid:durableId="2078552101">
    <w:abstractNumId w:val="1"/>
  </w:num>
  <w:num w:numId="9" w16cid:durableId="134809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B51FA"/>
    <w:rsid w:val="007F5352"/>
    <w:rsid w:val="00AA1D8D"/>
    <w:rsid w:val="00B47730"/>
    <w:rsid w:val="00CB0664"/>
    <w:rsid w:val="00CD17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C8F83"/>
  <w14:defaultImageDpi w14:val="300"/>
  <w15:docId w15:val="{9BE92721-8820-EF4B-B533-D7562D82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1890</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Practical Podiatry</cp:lastModifiedBy>
  <cp:revision>2</cp:revision>
  <dcterms:created xsi:type="dcterms:W3CDTF">2013-12-23T23:15:00Z</dcterms:created>
  <dcterms:modified xsi:type="dcterms:W3CDTF">2026-01-21T04:51:00Z</dcterms:modified>
  <cp:category/>
</cp:coreProperties>
</file>